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B6028" w14:textId="77777777" w:rsidR="00181898" w:rsidRDefault="00000000">
      <w:pPr>
        <w:pStyle w:val="Heading1"/>
      </w:pPr>
      <w:r>
        <w:t>Meeting Notes: Softball Team Environment Discussion</w:t>
      </w:r>
    </w:p>
    <w:p w14:paraId="05E4A797" w14:textId="77777777" w:rsidR="00181898" w:rsidRDefault="00000000">
      <w:pPr>
        <w:pStyle w:val="Heading2"/>
      </w:pPr>
      <w:r>
        <w:t>Purpose</w:t>
      </w:r>
    </w:p>
    <w:p w14:paraId="2FFE0327" w14:textId="77777777" w:rsidR="00181898" w:rsidRDefault="00000000">
      <w:r>
        <w:t>We want Anna to be able to continue playing and supporting the team in a healthy environment. Our concern is not about one single incident but about a pattern in the team environment that is causing emotional distress for players.</w:t>
      </w:r>
    </w:p>
    <w:p w14:paraId="3ECBCAF5" w14:textId="77777777" w:rsidR="00181898" w:rsidRDefault="00000000">
      <w:pPr>
        <w:pStyle w:val="Heading2"/>
      </w:pPr>
      <w:r>
        <w:t>Core Concerns</w:t>
      </w:r>
    </w:p>
    <w:p w14:paraId="2B35E00A" w14:textId="77777777" w:rsidR="00181898" w:rsidRDefault="00000000">
      <w:pPr>
        <w:pStyle w:val="Heading3"/>
      </w:pPr>
      <w:r>
        <w:t>1. Trust and Accountability</w:t>
      </w:r>
    </w:p>
    <w:p w14:paraId="4CE09A9A" w14:textId="77777777" w:rsidR="00181898" w:rsidRDefault="00000000">
      <w:r>
        <w:t>When incidents are described very differently by leadership than by the players who experienced them, it erodes trust and makes it harder for athletes to feel safe speaking up.</w:t>
      </w:r>
    </w:p>
    <w:p w14:paraId="5F97DDE9" w14:textId="77777777" w:rsidR="00181898" w:rsidRDefault="00000000">
      <w:pPr>
        <w:pStyle w:val="Heading3"/>
      </w:pPr>
      <w:r>
        <w:t>2. Power and Control Dynamic</w:t>
      </w:r>
    </w:p>
    <w:p w14:paraId="602916EC" w14:textId="77777777" w:rsidR="00181898" w:rsidRDefault="00000000">
      <w:r>
        <w:t>The current leadership dynamic appears to emphasize total authority and compliance. When teenage athletes feel they cannot question or speak up, it creates an unhealthy environment.</w:t>
      </w:r>
    </w:p>
    <w:p w14:paraId="23614F6D" w14:textId="77777777" w:rsidR="00181898" w:rsidRDefault="00000000">
      <w:pPr>
        <w:pStyle w:val="Heading3"/>
      </w:pPr>
      <w:r>
        <w:t>3. Pattern of Emotional Distress</w:t>
      </w:r>
    </w:p>
    <w:p w14:paraId="6730CD74" w14:textId="77777777" w:rsidR="00181898" w:rsidRDefault="00000000">
      <w:r>
        <w:t>This concern is not just about Anna. Multiple players have left practices or conversations visibly upset. When athletes are regularly crying or distressed after interactions, it suggests a problem with the environment.</w:t>
      </w:r>
    </w:p>
    <w:p w14:paraId="5646D892" w14:textId="77777777" w:rsidR="00181898" w:rsidRDefault="00000000">
      <w:pPr>
        <w:pStyle w:val="Heading2"/>
      </w:pPr>
      <w:r>
        <w:t>Anchor Statement</w:t>
      </w:r>
    </w:p>
    <w:p w14:paraId="76EF356C" w14:textId="77777777" w:rsidR="00181898" w:rsidRDefault="00000000">
      <w:r>
        <w:t>I’m less concerned about any one incident and more concerned about the pattern and the power dynamic affecting the girls on the team.</w:t>
      </w:r>
    </w:p>
    <w:p w14:paraId="51E16F03" w14:textId="77777777" w:rsidR="00181898" w:rsidRDefault="00000000">
      <w:pPr>
        <w:pStyle w:val="Heading2"/>
      </w:pPr>
      <w:r>
        <w:t>If the Issue Is Minimized</w:t>
      </w:r>
    </w:p>
    <w:p w14:paraId="506CACD1" w14:textId="77777777" w:rsidR="00181898" w:rsidRDefault="00000000">
      <w:r>
        <w:t>What concerns us is when emotional distress becomes normalized in a team environment.</w:t>
      </w:r>
    </w:p>
    <w:p w14:paraId="742EA8E3" w14:textId="77777777" w:rsidR="00181898" w:rsidRDefault="00000000">
      <w:pPr>
        <w:pStyle w:val="Heading2"/>
      </w:pPr>
      <w:r>
        <w:t>What Anna Said Would Help Her Continue Playing</w:t>
      </w:r>
    </w:p>
    <w:p w14:paraId="3D11F9F0" w14:textId="77777777" w:rsidR="00181898" w:rsidRDefault="00000000">
      <w:pPr>
        <w:pStyle w:val="ListBullet"/>
      </w:pPr>
      <w:r>
        <w:t>Anna wants to continue playing and supporting the team this season.</w:t>
      </w:r>
    </w:p>
    <w:p w14:paraId="75AE2E32" w14:textId="77777777" w:rsidR="00181898" w:rsidRDefault="00000000">
      <w:pPr>
        <w:pStyle w:val="ListBullet"/>
      </w:pPr>
      <w:r>
        <w:t>Feedback delivered in a constructive way and not in a dismissive or demeaning way, especially in front of teammates.</w:t>
      </w:r>
    </w:p>
    <w:p w14:paraId="362F3557" w14:textId="77777777" w:rsidR="00181898" w:rsidRDefault="00000000">
      <w:pPr>
        <w:pStyle w:val="ListBullet"/>
      </w:pPr>
      <w:r>
        <w:t>She is not comfortable having one‑on‑one conversations and would prefer a parent or another trusted adult present.</w:t>
      </w:r>
    </w:p>
    <w:p w14:paraId="4C1E2A23" w14:textId="77777777" w:rsidR="00181898" w:rsidRDefault="00000000">
      <w:pPr>
        <w:pStyle w:val="ListBullet"/>
      </w:pPr>
      <w:r>
        <w:t>She is willing to follow Vinny’s pitch calls and work within the pitching system.</w:t>
      </w:r>
    </w:p>
    <w:p w14:paraId="3C437142" w14:textId="77777777" w:rsidR="00181898" w:rsidRDefault="00000000">
      <w:pPr>
        <w:pStyle w:val="Heading2"/>
      </w:pPr>
      <w:r>
        <w:t>Question for Administration</w:t>
      </w:r>
    </w:p>
    <w:p w14:paraId="025CC413" w14:textId="77777777" w:rsidR="00181898" w:rsidRDefault="00000000">
      <w:r>
        <w:t>What steps can be put in place so players can receive feedback and coaching in a way that maintains accountability without creating an environment where players feel humiliated or afraid to speak up?</w:t>
      </w:r>
    </w:p>
    <w:p w14:paraId="5499DDD0" w14:textId="53D96225" w:rsidR="00181898" w:rsidRDefault="00000000" w:rsidP="002A4569">
      <w:pPr>
        <w:pStyle w:val="Heading1"/>
      </w:pPr>
      <w:r>
        <w:br w:type="page"/>
      </w:r>
      <w:r>
        <w:lastRenderedPageBreak/>
        <w:t>Reference Examples (Use Only If Asked)</w:t>
      </w:r>
    </w:p>
    <w:p w14:paraId="2DDF5E70" w14:textId="77777777" w:rsidR="00181898" w:rsidRDefault="00000000">
      <w:r>
        <w:t>Note: These examples are provided to illustrate patterns if specific examples are requested.</w:t>
      </w:r>
      <w:r>
        <w:br/>
        <w:t>Helpful redirect if conversation focuses too heavily on a single event:</w:t>
      </w:r>
      <w:r>
        <w:br/>
        <w:t>• 'I understand we may remember individual moments differently. Our concern is really the pattern and the environment.'</w:t>
      </w:r>
      <w:r>
        <w:br/>
        <w:t>• 'I'm not here to debate specific moments, but to discuss the overall pattern affecting the players.'</w:t>
      </w:r>
      <w:r>
        <w:br/>
      </w:r>
    </w:p>
    <w:p w14:paraId="6D36BB69" w14:textId="77777777" w:rsidR="00181898" w:rsidRDefault="00000000">
      <w:pPr>
        <w:pStyle w:val="Heading2"/>
      </w:pPr>
      <w:r>
        <w:t>Trust and Accountability Examples</w:t>
      </w:r>
    </w:p>
    <w:p w14:paraId="67C0AB58" w14:textId="77777777" w:rsidR="00181898" w:rsidRDefault="00000000">
      <w:pPr>
        <w:pStyle w:val="ListBullet"/>
      </w:pPr>
      <w:r>
        <w:t>Feb 19 Practice – Carl Godman taking live reps off the pitching machine while his daughter fed balls into the machine. Later described as never having happened.</w:t>
      </w:r>
    </w:p>
    <w:p w14:paraId="657A4714" w14:textId="77777777" w:rsidR="00181898" w:rsidRDefault="00000000">
      <w:pPr>
        <w:pStyle w:val="ListBullet"/>
      </w:pPr>
      <w:r>
        <w:t>March 11 – Coach stated he led the girls into the locker room. Players reported seniors and juniors were already inside and he knocked before entering.</w:t>
      </w:r>
    </w:p>
    <w:p w14:paraId="1F05AAA0" w14:textId="77777777" w:rsidR="00181898" w:rsidRDefault="00000000">
      <w:pPr>
        <w:pStyle w:val="Heading2"/>
      </w:pPr>
      <w:r>
        <w:t>Power and Control Dynamic Examples</w:t>
      </w:r>
    </w:p>
    <w:p w14:paraId="376F863B" w14:textId="77777777" w:rsidR="00181898" w:rsidRDefault="00000000">
      <w:pPr>
        <w:pStyle w:val="ListBullet"/>
      </w:pPr>
      <w:r>
        <w:t>Player asked if she was moving to the field because she hit behind another player in the lineup. Response: 'Don’t ever ask me about play time.'</w:t>
      </w:r>
    </w:p>
    <w:p w14:paraId="4C7D518F" w14:textId="77777777" w:rsidR="00181898" w:rsidRDefault="00000000">
      <w:pPr>
        <w:pStyle w:val="ListBullet"/>
      </w:pPr>
      <w:r>
        <w:t>Anna asked to list the players she thought should be on the team.</w:t>
      </w:r>
    </w:p>
    <w:p w14:paraId="7EAEC9C4" w14:textId="77777777" w:rsidR="00181898" w:rsidRDefault="00000000">
      <w:pPr>
        <w:pStyle w:val="ListBullet"/>
      </w:pPr>
      <w:r>
        <w:t>Comments such as 'This is my field.'</w:t>
      </w:r>
    </w:p>
    <w:p w14:paraId="127F56D9" w14:textId="77777777" w:rsidR="00181898" w:rsidRDefault="00000000">
      <w:pPr>
        <w:pStyle w:val="ListBullet"/>
      </w:pPr>
      <w:r>
        <w:t>Public comments questioning leadership or ability such as 'I thought you could be a leader but I see I was wrong.'</w:t>
      </w:r>
    </w:p>
    <w:p w14:paraId="3A3372DD" w14:textId="77777777" w:rsidR="00181898" w:rsidRDefault="00000000">
      <w:pPr>
        <w:pStyle w:val="Heading2"/>
      </w:pPr>
      <w:r>
        <w:t>Pattern of Emotional Distress Examples</w:t>
      </w:r>
    </w:p>
    <w:p w14:paraId="62CA4C51" w14:textId="77777777" w:rsidR="00181898" w:rsidRDefault="00000000">
      <w:pPr>
        <w:pStyle w:val="ListBullet"/>
      </w:pPr>
      <w:r>
        <w:t>March 12 – Anna left the game visibly crying saying 'I love softball but I don’t know what to do.'</w:t>
      </w:r>
    </w:p>
    <w:p w14:paraId="05DEBCEF" w14:textId="31D816DF" w:rsidR="00181898" w:rsidRDefault="00063757">
      <w:pPr>
        <w:pStyle w:val="ListBullet"/>
      </w:pPr>
      <w:r>
        <w:t xml:space="preserve">[a player] </w:t>
      </w:r>
      <w:r w:rsidR="00000000">
        <w:t>cried behind the dugout after an interaction with the coach.</w:t>
      </w:r>
    </w:p>
    <w:p w14:paraId="4D02D9D1" w14:textId="4BD7F7B5" w:rsidR="00181898" w:rsidRDefault="00063757">
      <w:pPr>
        <w:pStyle w:val="ListBullet"/>
      </w:pPr>
      <w:r>
        <w:t xml:space="preserve">[a player] </w:t>
      </w:r>
      <w:r w:rsidR="00000000">
        <w:t>reportedly cried during the car ride home.</w:t>
      </w:r>
    </w:p>
    <w:p w14:paraId="016AFB39" w14:textId="11A5142F" w:rsidR="00181898" w:rsidRDefault="00063757">
      <w:pPr>
        <w:pStyle w:val="ListBullet"/>
      </w:pPr>
      <w:r>
        <w:t>[a player]</w:t>
      </w:r>
      <w:r w:rsidR="00000000">
        <w:t xml:space="preserve"> observed crying multiple times after interactions.</w:t>
      </w:r>
    </w:p>
    <w:p w14:paraId="00347A73" w14:textId="77777777" w:rsidR="00181898" w:rsidRDefault="00000000">
      <w:pPr>
        <w:pStyle w:val="ListBullet"/>
      </w:pPr>
      <w:r>
        <w:t>Multiple comments directed at players in front of the team, including 'Call her out blue, she deserves it.'</w:t>
      </w:r>
    </w:p>
    <w:p w14:paraId="784A3EDA" w14:textId="77777777" w:rsidR="00181898" w:rsidRDefault="00000000">
      <w:pPr>
        <w:pStyle w:val="Heading2"/>
      </w:pPr>
      <w:r>
        <w:t>Additional Context (If Needed)</w:t>
      </w:r>
    </w:p>
    <w:p w14:paraId="535A3BEC" w14:textId="77777777" w:rsidR="00181898" w:rsidRDefault="00000000">
      <w:pPr>
        <w:pStyle w:val="ListBullet"/>
      </w:pPr>
      <w:r>
        <w:t>Comments comparing players to D1/D3 levels in front of teammates.</w:t>
      </w:r>
    </w:p>
    <w:p w14:paraId="47B9B15D" w14:textId="77777777" w:rsidR="00181898" w:rsidRDefault="00000000">
      <w:pPr>
        <w:pStyle w:val="ListBullet"/>
      </w:pPr>
      <w:r>
        <w:t>Comments about travel team players being the high school pitchers.</w:t>
      </w:r>
    </w:p>
    <w:p w14:paraId="39D61474" w14:textId="77777777" w:rsidR="00181898" w:rsidRDefault="00000000">
      <w:pPr>
        <w:pStyle w:val="ListBullet"/>
      </w:pPr>
      <w:r>
        <w:t>Non‑school individuals participating in practice activities (e.g., Charlotte Catholic player assisting).</w:t>
      </w:r>
    </w:p>
    <w:sectPr w:rsidR="001818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9145184">
    <w:abstractNumId w:val="8"/>
  </w:num>
  <w:num w:numId="2" w16cid:durableId="1962109444">
    <w:abstractNumId w:val="6"/>
  </w:num>
  <w:num w:numId="3" w16cid:durableId="1163005800">
    <w:abstractNumId w:val="5"/>
  </w:num>
  <w:num w:numId="4" w16cid:durableId="1388189096">
    <w:abstractNumId w:val="4"/>
  </w:num>
  <w:num w:numId="5" w16cid:durableId="549810295">
    <w:abstractNumId w:val="7"/>
  </w:num>
  <w:num w:numId="6" w16cid:durableId="271085750">
    <w:abstractNumId w:val="3"/>
  </w:num>
  <w:num w:numId="7" w16cid:durableId="1384868036">
    <w:abstractNumId w:val="2"/>
  </w:num>
  <w:num w:numId="8" w16cid:durableId="512840911">
    <w:abstractNumId w:val="1"/>
  </w:num>
  <w:num w:numId="9" w16cid:durableId="16992326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757"/>
    <w:rsid w:val="0015074B"/>
    <w:rsid w:val="00181898"/>
    <w:rsid w:val="0029639D"/>
    <w:rsid w:val="002A4569"/>
    <w:rsid w:val="00326F90"/>
    <w:rsid w:val="0087335A"/>
    <w:rsid w:val="00AA1D8D"/>
    <w:rsid w:val="00B47730"/>
    <w:rsid w:val="00CB0664"/>
    <w:rsid w:val="00DD2D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EC19F"/>
  <w14:defaultImageDpi w14:val="300"/>
  <w15:docId w15:val="{11DD0DB1-5FCB-274B-B217-8D1D4948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a92b963-a5f9-43cb-8a19-91f158325a2f}" enabled="1" method="Standard" siteId="{bcfa3e87-841e-48c7-983b-584159dd1a6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Eason, Morgan</cp:lastModifiedBy>
  <cp:revision>3</cp:revision>
  <dcterms:created xsi:type="dcterms:W3CDTF">2013-12-23T23:15:00Z</dcterms:created>
  <dcterms:modified xsi:type="dcterms:W3CDTF">2026-09-01T11:44:00Z</dcterms:modified>
  <cp:category/>
</cp:coreProperties>
</file>